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3C5" w:rsidRDefault="00821B0F">
      <w:pPr>
        <w:spacing w:after="0" w:line="240" w:lineRule="auto"/>
        <w:ind w:left="-178"/>
        <w:jc w:val="center"/>
      </w:pPr>
      <w:r>
        <w:rPr>
          <w:noProof/>
          <w:sz w:val="2"/>
          <w:lang w:val="cs-CZ" w:eastAsia="cs-CZ"/>
        </w:rPr>
        <w:drawing>
          <wp:inline distT="0" distB="0" distL="0" distR="0">
            <wp:extent cx="7560310" cy="106921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23C5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821B0F"/>
    <w:rsid w:val="009B23C5"/>
    <w:rsid w:val="00AA1D8D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ace">
    <w:name w:val="Quote"/>
    <w:basedOn w:val="Normln"/>
    <w:next w:val="Normln"/>
    <w:link w:val="CitaceChar"/>
    <w:uiPriority w:val="29"/>
    <w:qFormat/>
    <w:rsid w:val="00FC693F"/>
    <w:rPr>
      <w:i/>
      <w:iCs/>
      <w:color w:val="000000" w:themeColor="text1"/>
    </w:rPr>
  </w:style>
  <w:style w:type="character" w:customStyle="1" w:styleId="CitaceChar">
    <w:name w:val="Citace Char"/>
    <w:basedOn w:val="Standardnpsmoodstavce"/>
    <w:link w:val="Citace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vraznn">
    <w:name w:val="Emphasis"/>
    <w:basedOn w:val="Standardnpsmoodstavce"/>
    <w:uiPriority w:val="20"/>
    <w:qFormat/>
    <w:rsid w:val="00FC693F"/>
    <w:rPr>
      <w:i/>
      <w:iCs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821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1B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Eva1</cp:lastModifiedBy>
  <cp:revision>2</cp:revision>
  <dcterms:created xsi:type="dcterms:W3CDTF">2026-10-11T10:29:00Z</dcterms:created>
  <dcterms:modified xsi:type="dcterms:W3CDTF">2026-10-11T10:29:00Z</dcterms:modified>
</cp:coreProperties>
</file>